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E48542" w14:textId="77777777" w:rsidR="004C324F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19E9F780" wp14:editId="3FC8B40E">
            <wp:extent cx="1143000" cy="14406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4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92AB1" w14:textId="77777777" w:rsidR="004C324F" w:rsidRDefault="00000000">
      <w:pPr>
        <w:spacing w:after="0"/>
        <w:jc w:val="center"/>
      </w:pPr>
      <w:r>
        <w:rPr>
          <w:b/>
          <w:color w:val="2D00EA"/>
          <w:sz w:val="24"/>
        </w:rPr>
        <w:t>COLORADO WOMEN’S HALL OF FAME</w:t>
      </w:r>
    </w:p>
    <w:p w14:paraId="2347897E" w14:textId="77777777" w:rsidR="004C324F" w:rsidRDefault="00000000">
      <w:pPr>
        <w:pBdr>
          <w:bottom w:val="single" w:sz="12" w:space="1" w:color="4EDBFF"/>
        </w:pBdr>
        <w:jc w:val="center"/>
      </w:pPr>
      <w:r>
        <w:rPr>
          <w:color w:val="555566"/>
          <w:sz w:val="18"/>
        </w:rPr>
        <w:t>BOARD MEMBER JOB DESCRIPTION</w:t>
      </w:r>
    </w:p>
    <w:p w14:paraId="0A725B4D" w14:textId="77777777" w:rsidR="004C324F" w:rsidRDefault="00000000">
      <w:pPr>
        <w:spacing w:before="120" w:after="160"/>
      </w:pPr>
      <w:r>
        <w:rPr>
          <w:b/>
          <w:color w:val="2D00EA"/>
          <w:sz w:val="36"/>
        </w:rPr>
        <w:t>EmpowerHer Program Liaison</w:t>
      </w:r>
    </w:p>
    <w:tbl>
      <w:tblPr>
        <w:tblW w:w="0" w:type="auto"/>
        <w:tblBorders>
          <w:top w:val="single" w:sz="4" w:space="0" w:color="BFC8E6"/>
          <w:left w:val="single" w:sz="4" w:space="0" w:color="BFC8E6"/>
          <w:bottom w:val="single" w:sz="4" w:space="0" w:color="BFC8E6"/>
          <w:right w:val="single" w:sz="4" w:space="0" w:color="BFC8E6"/>
          <w:insideH w:val="single" w:sz="4" w:space="0" w:color="BFC8E6"/>
          <w:insideV w:val="single" w:sz="4" w:space="0" w:color="BFC8E6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344"/>
      </w:tblGrid>
      <w:tr w:rsidR="004C324F" w14:paraId="71D761B0" w14:textId="77777777">
        <w:tc>
          <w:tcPr>
            <w:tcW w:w="2304" w:type="dxa"/>
            <w:shd w:val="clear" w:color="auto" w:fill="EAF9FF"/>
          </w:tcPr>
          <w:p w14:paraId="6025591C" w14:textId="77777777" w:rsidR="004C324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Status</w:t>
            </w:r>
          </w:p>
        </w:tc>
        <w:tc>
          <w:tcPr>
            <w:tcW w:w="7344" w:type="dxa"/>
          </w:tcPr>
          <w:p w14:paraId="13D87399" w14:textId="683DEE3A" w:rsidR="004C324F" w:rsidRDefault="00000000">
            <w:pPr>
              <w:spacing w:before="40" w:after="40"/>
            </w:pPr>
            <w:r>
              <w:rPr>
                <w:b/>
              </w:rPr>
              <w:t>Executive Committee / Board Consideration</w:t>
            </w:r>
          </w:p>
        </w:tc>
      </w:tr>
      <w:tr w:rsidR="004C324F" w14:paraId="38B73A9B" w14:textId="77777777">
        <w:tc>
          <w:tcPr>
            <w:tcW w:w="2304" w:type="dxa"/>
            <w:shd w:val="clear" w:color="auto" w:fill="EAF9FF"/>
          </w:tcPr>
          <w:p w14:paraId="6ECB841C" w14:textId="77777777" w:rsidR="004C324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Role Type</w:t>
            </w:r>
          </w:p>
        </w:tc>
        <w:tc>
          <w:tcPr>
            <w:tcW w:w="7344" w:type="dxa"/>
          </w:tcPr>
          <w:p w14:paraId="10982B06" w14:textId="77777777" w:rsidR="004C324F" w:rsidRDefault="00000000">
            <w:pPr>
              <w:spacing w:before="40" w:after="40"/>
            </w:pPr>
            <w:r>
              <w:t>Volunteer Board Role</w:t>
            </w:r>
          </w:p>
        </w:tc>
      </w:tr>
      <w:tr w:rsidR="004C324F" w14:paraId="7E3CBC26" w14:textId="77777777">
        <w:tc>
          <w:tcPr>
            <w:tcW w:w="2304" w:type="dxa"/>
            <w:shd w:val="clear" w:color="auto" w:fill="EAF9FF"/>
          </w:tcPr>
          <w:p w14:paraId="68501357" w14:textId="77777777" w:rsidR="004C324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Term Length</w:t>
            </w:r>
          </w:p>
        </w:tc>
        <w:tc>
          <w:tcPr>
            <w:tcW w:w="7344" w:type="dxa"/>
          </w:tcPr>
          <w:p w14:paraId="6302D1EF" w14:textId="77777777" w:rsidR="004C324F" w:rsidRDefault="00000000">
            <w:pPr>
              <w:spacing w:before="40" w:after="40"/>
            </w:pPr>
            <w:r>
              <w:t>Three years eligible for renewal for one additional term, as approved by the Board of Directors.</w:t>
            </w:r>
          </w:p>
        </w:tc>
      </w:tr>
      <w:tr w:rsidR="004C324F" w14:paraId="6326749D" w14:textId="77777777">
        <w:tc>
          <w:tcPr>
            <w:tcW w:w="2304" w:type="dxa"/>
            <w:shd w:val="clear" w:color="auto" w:fill="EAF9FF"/>
          </w:tcPr>
          <w:p w14:paraId="7B0B0772" w14:textId="77777777" w:rsidR="004C324F" w:rsidRDefault="00000000">
            <w:pPr>
              <w:spacing w:before="40" w:after="40"/>
            </w:pPr>
            <w:r>
              <w:rPr>
                <w:b/>
                <w:color w:val="2D00EA"/>
                <w:sz w:val="20"/>
              </w:rPr>
              <w:t>Responsible To</w:t>
            </w:r>
          </w:p>
        </w:tc>
        <w:tc>
          <w:tcPr>
            <w:tcW w:w="7344" w:type="dxa"/>
          </w:tcPr>
          <w:p w14:paraId="7129942D" w14:textId="77777777" w:rsidR="004C324F" w:rsidRDefault="00000000">
            <w:pPr>
              <w:spacing w:before="40" w:after="40"/>
            </w:pPr>
            <w:r>
              <w:t>Vice Chair, Programs &amp; Events</w:t>
            </w:r>
          </w:p>
        </w:tc>
      </w:tr>
    </w:tbl>
    <w:p w14:paraId="55548506" w14:textId="77777777" w:rsidR="004C324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POSITION SUMMARY</w:t>
      </w:r>
    </w:p>
    <w:p w14:paraId="268016CA" w14:textId="77777777" w:rsidR="004C324F" w:rsidRDefault="00000000">
      <w:pPr>
        <w:spacing w:after="80"/>
      </w:pPr>
      <w:r>
        <w:t>To lead the EmpowerHer Network program, connecting the stories and mission of the Hall to emerging women leaders and next-generation audiences, and growing an engaged community of younger supporters of CWHF.</w:t>
      </w:r>
    </w:p>
    <w:p w14:paraId="1AF71488" w14:textId="77777777" w:rsidR="004C324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MAJOR RESPONSIBILITIES</w:t>
      </w:r>
    </w:p>
    <w:p w14:paraId="13DB7462" w14:textId="77777777" w:rsidR="004C324F" w:rsidRDefault="00000000">
      <w:pPr>
        <w:pStyle w:val="ListBullet"/>
        <w:spacing w:after="40"/>
      </w:pPr>
      <w:r>
        <w:rPr>
          <w:b/>
        </w:rPr>
        <w:t>Program Leadership</w:t>
      </w:r>
    </w:p>
    <w:p w14:paraId="650C984F" w14:textId="77777777" w:rsidR="004C324F" w:rsidRDefault="00000000">
      <w:pPr>
        <w:pStyle w:val="ListBullet2"/>
        <w:spacing w:after="40"/>
      </w:pPr>
      <w:r>
        <w:rPr>
          <w:sz w:val="20"/>
        </w:rPr>
        <w:t>Lead the EmpowerHer Network, setting annual goals and a calendar of engagement activities.</w:t>
      </w:r>
    </w:p>
    <w:p w14:paraId="2F3BFE32" w14:textId="77777777" w:rsidR="004C324F" w:rsidRDefault="00000000">
      <w:pPr>
        <w:pStyle w:val="ListBullet2"/>
        <w:spacing w:after="40"/>
      </w:pPr>
      <w:r>
        <w:rPr>
          <w:sz w:val="20"/>
        </w:rPr>
        <w:t>Plan and execute EmpowerHer events and programming in coordination with the Events Chair.</w:t>
      </w:r>
    </w:p>
    <w:p w14:paraId="2B93826E" w14:textId="77777777" w:rsidR="004C324F" w:rsidRDefault="00000000">
      <w:pPr>
        <w:pStyle w:val="ListBullet"/>
        <w:spacing w:after="40"/>
      </w:pPr>
      <w:r>
        <w:rPr>
          <w:b/>
        </w:rPr>
        <w:t>Partnerships &amp; Outreach</w:t>
      </w:r>
    </w:p>
    <w:p w14:paraId="54FF8DA0" w14:textId="77777777" w:rsidR="004C324F" w:rsidRDefault="00000000">
      <w:pPr>
        <w:pStyle w:val="ListBullet2"/>
        <w:spacing w:after="40"/>
      </w:pPr>
      <w:r>
        <w:rPr>
          <w:sz w:val="20"/>
        </w:rPr>
        <w:t>Coordinate with education partners (e.g., National History Day Colorado, Girl Scouts of Colorado, schools and universities) to reach students and young women.</w:t>
      </w:r>
    </w:p>
    <w:p w14:paraId="0C9FCF01" w14:textId="77777777" w:rsidR="004C324F" w:rsidRDefault="00000000">
      <w:pPr>
        <w:pStyle w:val="ListBullet"/>
        <w:spacing w:after="40"/>
      </w:pPr>
      <w:r>
        <w:rPr>
          <w:b/>
        </w:rPr>
        <w:t>Membership &amp; Engagement</w:t>
      </w:r>
    </w:p>
    <w:p w14:paraId="69D51CB9" w14:textId="77777777" w:rsidR="004C324F" w:rsidRDefault="00000000">
      <w:pPr>
        <w:pStyle w:val="ListBullet2"/>
        <w:spacing w:after="40"/>
      </w:pPr>
      <w:r>
        <w:rPr>
          <w:sz w:val="20"/>
        </w:rPr>
        <w:t>Recruit, welcome, and steward EmpowerHer members and participants.</w:t>
      </w:r>
    </w:p>
    <w:p w14:paraId="2FBBCA5D" w14:textId="77777777" w:rsidR="004C324F" w:rsidRDefault="00000000">
      <w:pPr>
        <w:pStyle w:val="ListBullet2"/>
        <w:spacing w:after="40"/>
      </w:pPr>
      <w:r>
        <w:rPr>
          <w:sz w:val="20"/>
        </w:rPr>
        <w:t>Maintain engagement and a communication cadence with the EmpowerHer community.</w:t>
      </w:r>
    </w:p>
    <w:p w14:paraId="524F0D81" w14:textId="77777777" w:rsidR="004C324F" w:rsidRDefault="00000000">
      <w:pPr>
        <w:pStyle w:val="ListBullet"/>
        <w:spacing w:after="40"/>
      </w:pPr>
      <w:r>
        <w:rPr>
          <w:b/>
        </w:rPr>
        <w:t>Strategic</w:t>
      </w:r>
    </w:p>
    <w:p w14:paraId="3DC5DEC9" w14:textId="77777777" w:rsidR="004C324F" w:rsidRDefault="00000000">
      <w:pPr>
        <w:pStyle w:val="ListBullet2"/>
        <w:spacing w:after="40"/>
      </w:pPr>
      <w:r>
        <w:rPr>
          <w:sz w:val="20"/>
        </w:rPr>
        <w:t>Grow EmpowerHer membership and build a pipeline of young supporters and potential future Board members.</w:t>
      </w:r>
    </w:p>
    <w:p w14:paraId="6B00A573" w14:textId="77777777" w:rsidR="004C324F" w:rsidRDefault="00000000">
      <w:pPr>
        <w:pStyle w:val="ListBullet2"/>
        <w:spacing w:after="40"/>
      </w:pPr>
      <w:r>
        <w:rPr>
          <w:sz w:val="20"/>
        </w:rPr>
        <w:t>Define and report engagement metrics to the Board.</w:t>
      </w:r>
    </w:p>
    <w:p w14:paraId="12D82437" w14:textId="77777777" w:rsidR="004C324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BOARD MEMBER RESPONSIBILITIES (ALL POSITIONS)</w:t>
      </w:r>
    </w:p>
    <w:p w14:paraId="08F219FE" w14:textId="77777777" w:rsidR="004C324F" w:rsidRDefault="00000000">
      <w:pPr>
        <w:pStyle w:val="ListBullet"/>
        <w:spacing w:after="40"/>
      </w:pPr>
      <w:r>
        <w:t>Attend monthly Board meetings.</w:t>
      </w:r>
    </w:p>
    <w:p w14:paraId="4ADBC7BD" w14:textId="77777777" w:rsidR="004C324F" w:rsidRDefault="00000000">
      <w:pPr>
        <w:pStyle w:val="ListBullet"/>
        <w:spacing w:after="40"/>
      </w:pPr>
      <w:r>
        <w:t>Complete the annual Board Member Give or Get.</w:t>
      </w:r>
    </w:p>
    <w:p w14:paraId="6C8A8CC7" w14:textId="77777777" w:rsidR="004C324F" w:rsidRDefault="00000000">
      <w:pPr>
        <w:pStyle w:val="ListBullet"/>
        <w:spacing w:after="40"/>
      </w:pPr>
      <w:r>
        <w:t>Sign Board policy acknowledgements and required Board Development forms each year.</w:t>
      </w:r>
    </w:p>
    <w:p w14:paraId="1A479672" w14:textId="77777777" w:rsidR="004C324F" w:rsidRDefault="00000000">
      <w:pPr>
        <w:pStyle w:val="ListBullet"/>
        <w:spacing w:after="40"/>
      </w:pPr>
      <w:r>
        <w:lastRenderedPageBreak/>
        <w:t>Take part in continuing-education sessions organized by Board Development.</w:t>
      </w:r>
    </w:p>
    <w:p w14:paraId="47635952" w14:textId="77777777" w:rsidR="004C324F" w:rsidRDefault="00000000">
      <w:pPr>
        <w:pStyle w:val="ListBullet"/>
        <w:spacing w:after="40"/>
      </w:pPr>
      <w:r>
        <w:t>Carry out the responsibilities of this position and report progress on position action items.</w:t>
      </w:r>
    </w:p>
    <w:p w14:paraId="49668AB0" w14:textId="77777777" w:rsidR="004C324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TIME COMMITMENT</w:t>
      </w:r>
    </w:p>
    <w:p w14:paraId="7DE34AFD" w14:textId="77777777" w:rsidR="004C324F" w:rsidRDefault="00000000">
      <w:pPr>
        <w:spacing w:after="80"/>
      </w:pPr>
      <w:r>
        <w:t>10–15 hours per month.</w:t>
      </w:r>
    </w:p>
    <w:p w14:paraId="13C0CFF0" w14:textId="77777777" w:rsidR="004C324F" w:rsidRDefault="00000000">
      <w:pPr>
        <w:keepNext/>
        <w:pBdr>
          <w:bottom w:val="single" w:sz="10" w:space="1" w:color="4EDBFF"/>
        </w:pBdr>
        <w:spacing w:before="240" w:after="80"/>
      </w:pPr>
      <w:r>
        <w:rPr>
          <w:b/>
          <w:color w:val="2D00EA"/>
        </w:rPr>
        <w:t>KNOWLEDGE, SKILLS, AND ABILITIES</w:t>
      </w:r>
    </w:p>
    <w:p w14:paraId="66F5DF9C" w14:textId="77777777" w:rsidR="004C324F" w:rsidRDefault="00000000">
      <w:pPr>
        <w:spacing w:after="60"/>
      </w:pPr>
      <w:r>
        <w:rPr>
          <w:i/>
        </w:rPr>
        <w:t>In addition to Board Member Responsibilities:</w:t>
      </w:r>
    </w:p>
    <w:p w14:paraId="01905112" w14:textId="77777777" w:rsidR="004C324F" w:rsidRDefault="00000000">
      <w:pPr>
        <w:pStyle w:val="ListBullet"/>
        <w:spacing w:after="40"/>
      </w:pPr>
      <w:r>
        <w:t>Program and community-engagement management</w:t>
      </w:r>
    </w:p>
    <w:p w14:paraId="1882DA83" w14:textId="77777777" w:rsidR="004C324F" w:rsidRDefault="00000000">
      <w:pPr>
        <w:pStyle w:val="ListBullet"/>
        <w:spacing w:after="40"/>
      </w:pPr>
      <w:r>
        <w:t>Communication and relationship-building skills</w:t>
      </w:r>
    </w:p>
    <w:p w14:paraId="6F058531" w14:textId="77777777" w:rsidR="004C324F" w:rsidRDefault="00000000">
      <w:pPr>
        <w:pStyle w:val="ListBullet"/>
        <w:spacing w:after="40"/>
      </w:pPr>
      <w:r>
        <w:t>Organizational skills</w:t>
      </w:r>
    </w:p>
    <w:p w14:paraId="41D39795" w14:textId="77777777" w:rsidR="004C324F" w:rsidRDefault="00000000">
      <w:pPr>
        <w:pStyle w:val="ListBullet"/>
        <w:spacing w:after="40"/>
      </w:pPr>
      <w:r>
        <w:t>Comfort working with students and emerging leaders</w:t>
      </w:r>
    </w:p>
    <w:p w14:paraId="6D6B0B10" w14:textId="77777777" w:rsidR="004C324F" w:rsidRDefault="00000000">
      <w:pPr>
        <w:pStyle w:val="ListBullet"/>
        <w:spacing w:after="40"/>
      </w:pPr>
      <w:r>
        <w:t>Interest in the leadership development of young women</w:t>
      </w:r>
    </w:p>
    <w:p w14:paraId="3E946025" w14:textId="77777777" w:rsidR="004C324F" w:rsidRDefault="00000000">
      <w:pPr>
        <w:pStyle w:val="ListBullet"/>
        <w:spacing w:after="40"/>
      </w:pPr>
      <w:r>
        <w:t>Team player</w:t>
      </w:r>
    </w:p>
    <w:p w14:paraId="7906EE1E" w14:textId="400AC0C2" w:rsidR="004C324F" w:rsidRDefault="004C324F">
      <w:pPr>
        <w:spacing w:after="80"/>
      </w:pPr>
    </w:p>
    <w:sectPr w:rsidR="004C324F" w:rsidSect="00034616">
      <w:footerReference w:type="default" r:id="rId9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DA6AB1" w14:textId="77777777" w:rsidR="008D55B5" w:rsidRDefault="008D55B5">
      <w:pPr>
        <w:spacing w:after="0" w:line="240" w:lineRule="auto"/>
      </w:pPr>
      <w:r>
        <w:separator/>
      </w:r>
    </w:p>
  </w:endnote>
  <w:endnote w:type="continuationSeparator" w:id="0">
    <w:p w14:paraId="47DD1D05" w14:textId="77777777" w:rsidR="008D55B5" w:rsidRDefault="008D5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41145" w14:textId="77777777" w:rsidR="004C324F" w:rsidRDefault="00000000">
    <w:pPr>
      <w:pStyle w:val="Footer"/>
      <w:jc w:val="center"/>
    </w:pPr>
    <w:r>
      <w:rPr>
        <w:color w:val="555566"/>
        <w:sz w:val="16"/>
      </w:rPr>
      <w:t xml:space="preserve">Colorado Women’s Hall of Fame  |  Board Member Job Description: EmpowerHer Program Liaison  |  Page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PAGE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  <w:r>
      <w:rPr>
        <w:color w:val="555566"/>
        <w:sz w:val="16"/>
      </w:rPr>
      <w:t xml:space="preserve"> of </w:t>
    </w:r>
    <w:r>
      <w:rPr>
        <w:color w:val="555566"/>
        <w:sz w:val="16"/>
      </w:rPr>
      <w:fldChar w:fldCharType="begin"/>
    </w:r>
    <w:r>
      <w:rPr>
        <w:color w:val="555566"/>
        <w:sz w:val="16"/>
      </w:rPr>
      <w:instrText>NUMPAGES</w:instrText>
    </w:r>
    <w:r>
      <w:rPr>
        <w:color w:val="555566"/>
        <w:sz w:val="16"/>
      </w:rPr>
      <w:fldChar w:fldCharType="separate"/>
    </w:r>
    <w:r>
      <w:rPr>
        <w:color w:val="555566"/>
        <w:sz w:val="16"/>
      </w:rPr>
      <w:t>1</w:t>
    </w:r>
    <w:r>
      <w:rPr>
        <w:color w:val="555566"/>
        <w:sz w:val="16"/>
      </w:rPr>
      <w:fldChar w:fldCharType="end"/>
    </w:r>
  </w:p>
  <w:p w14:paraId="0DB74735" w14:textId="77777777" w:rsidR="004C324F" w:rsidRDefault="00000000">
    <w:pPr>
      <w:jc w:val="center"/>
    </w:pPr>
    <w:r>
      <w:rPr>
        <w:color w:val="555566"/>
        <w:sz w:val="16"/>
      </w:rPr>
      <w:t>Revised Oct 27,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2903E2" w14:textId="77777777" w:rsidR="008D55B5" w:rsidRDefault="008D55B5">
      <w:pPr>
        <w:spacing w:after="0" w:line="240" w:lineRule="auto"/>
      </w:pPr>
      <w:r>
        <w:separator/>
      </w:r>
    </w:p>
  </w:footnote>
  <w:footnote w:type="continuationSeparator" w:id="0">
    <w:p w14:paraId="3D50331E" w14:textId="77777777" w:rsidR="008D55B5" w:rsidRDefault="008D5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1026104">
    <w:abstractNumId w:val="8"/>
  </w:num>
  <w:num w:numId="2" w16cid:durableId="1469711859">
    <w:abstractNumId w:val="6"/>
  </w:num>
  <w:num w:numId="3" w16cid:durableId="1544059427">
    <w:abstractNumId w:val="5"/>
  </w:num>
  <w:num w:numId="4" w16cid:durableId="949119627">
    <w:abstractNumId w:val="4"/>
  </w:num>
  <w:num w:numId="5" w16cid:durableId="912399983">
    <w:abstractNumId w:val="7"/>
  </w:num>
  <w:num w:numId="6" w16cid:durableId="2057196570">
    <w:abstractNumId w:val="3"/>
  </w:num>
  <w:num w:numId="7" w16cid:durableId="665330089">
    <w:abstractNumId w:val="2"/>
  </w:num>
  <w:num w:numId="8" w16cid:durableId="1477067926">
    <w:abstractNumId w:val="1"/>
  </w:num>
  <w:num w:numId="9" w16cid:durableId="3208109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5B10"/>
    <w:rsid w:val="00326F90"/>
    <w:rsid w:val="004C324F"/>
    <w:rsid w:val="005D7E14"/>
    <w:rsid w:val="006A1A3A"/>
    <w:rsid w:val="008B4068"/>
    <w:rsid w:val="008D55B5"/>
    <w:rsid w:val="009F4599"/>
    <w:rsid w:val="00AA1D8D"/>
    <w:rsid w:val="00B47730"/>
    <w:rsid w:val="00CB0664"/>
    <w:rsid w:val="00E661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004519"/>
  <w14:defaultImageDpi w14:val="300"/>
  <w15:docId w15:val="{12ECD074-00FF-4C4F-9695-109481A0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1737</Characters>
  <Application>Microsoft Office Word</Application>
  <DocSecurity>0</DocSecurity>
  <Lines>44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CWHF Board Member Job Description: EmpowerHer Program Liaison</dc:title>
  <dc:subject>Board Member Job Description</dc:subject>
  <dc:creator>Colorado Women’s Hall of Fame</dc:creator>
  <cp:keywords/>
  <dc:description>generated by python-docx</dc:description>
  <cp:lastModifiedBy>Barb B</cp:lastModifiedBy>
  <cp:revision>2</cp:revision>
  <dcterms:created xsi:type="dcterms:W3CDTF">2026-10-27T21:18:00Z</dcterms:created>
  <dcterms:modified xsi:type="dcterms:W3CDTF">2026-10-27T21:18:00Z</dcterms:modified>
  <cp:category/>
</cp:coreProperties>
</file>