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D7CA" w14:textId="77777777" w:rsidR="00540F9F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1BCDDF03" wp14:editId="43F14870">
            <wp:extent cx="1143000" cy="14406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gb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4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245FD" w14:textId="77777777" w:rsidR="00540F9F" w:rsidRDefault="00000000">
      <w:pPr>
        <w:spacing w:after="0"/>
        <w:jc w:val="center"/>
      </w:pPr>
      <w:r>
        <w:rPr>
          <w:b/>
          <w:color w:val="2D00EA"/>
          <w:sz w:val="24"/>
        </w:rPr>
        <w:t>COLORADO WOMEN’S HALL OF FAME</w:t>
      </w:r>
    </w:p>
    <w:p w14:paraId="6343BA13" w14:textId="77777777" w:rsidR="00540F9F" w:rsidRDefault="00000000">
      <w:pPr>
        <w:pBdr>
          <w:bottom w:val="single" w:sz="12" w:space="1" w:color="4EDBFF"/>
        </w:pBdr>
        <w:jc w:val="center"/>
      </w:pPr>
      <w:r>
        <w:rPr>
          <w:color w:val="555566"/>
          <w:sz w:val="18"/>
        </w:rPr>
        <w:t>BOARD MEMBER JOB DESCRIPTION</w:t>
      </w:r>
    </w:p>
    <w:p w14:paraId="38464976" w14:textId="77777777" w:rsidR="00540F9F" w:rsidRDefault="00000000">
      <w:pPr>
        <w:spacing w:before="120" w:after="160"/>
      </w:pPr>
      <w:r>
        <w:rPr>
          <w:b/>
          <w:color w:val="2D00EA"/>
          <w:sz w:val="36"/>
        </w:rPr>
        <w:t>Technology</w:t>
      </w:r>
    </w:p>
    <w:tbl>
      <w:tblPr>
        <w:tblW w:w="0" w:type="auto"/>
        <w:tblBorders>
          <w:top w:val="single" w:sz="4" w:space="0" w:color="BFC8E6"/>
          <w:left w:val="single" w:sz="4" w:space="0" w:color="BFC8E6"/>
          <w:bottom w:val="single" w:sz="4" w:space="0" w:color="BFC8E6"/>
          <w:right w:val="single" w:sz="4" w:space="0" w:color="BFC8E6"/>
          <w:insideH w:val="single" w:sz="4" w:space="0" w:color="BFC8E6"/>
          <w:insideV w:val="single" w:sz="4" w:space="0" w:color="BFC8E6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7344"/>
      </w:tblGrid>
      <w:tr w:rsidR="00540F9F" w14:paraId="35A2C016" w14:textId="77777777">
        <w:tc>
          <w:tcPr>
            <w:tcW w:w="2304" w:type="dxa"/>
            <w:shd w:val="clear" w:color="auto" w:fill="EAF9FF"/>
          </w:tcPr>
          <w:p w14:paraId="7B7D168B" w14:textId="77777777" w:rsidR="00540F9F" w:rsidRDefault="00000000">
            <w:pPr>
              <w:spacing w:before="40" w:after="40"/>
            </w:pPr>
            <w:r>
              <w:rPr>
                <w:b/>
                <w:color w:val="2D00EA"/>
                <w:sz w:val="20"/>
              </w:rPr>
              <w:t>Term Length</w:t>
            </w:r>
          </w:p>
        </w:tc>
        <w:tc>
          <w:tcPr>
            <w:tcW w:w="7344" w:type="dxa"/>
          </w:tcPr>
          <w:p w14:paraId="08D6DB2B" w14:textId="77777777" w:rsidR="00540F9F" w:rsidRDefault="00000000">
            <w:pPr>
              <w:spacing w:before="40" w:after="40"/>
            </w:pPr>
            <w:r>
              <w:t>Three years eligible for renewal for one additional term, as approved by the Board of Directors.</w:t>
            </w:r>
          </w:p>
        </w:tc>
      </w:tr>
      <w:tr w:rsidR="00540F9F" w14:paraId="2B5B6888" w14:textId="77777777">
        <w:tc>
          <w:tcPr>
            <w:tcW w:w="2304" w:type="dxa"/>
            <w:shd w:val="clear" w:color="auto" w:fill="EAF9FF"/>
          </w:tcPr>
          <w:p w14:paraId="3FAFE010" w14:textId="77777777" w:rsidR="00540F9F" w:rsidRDefault="00000000">
            <w:pPr>
              <w:spacing w:before="40" w:after="40"/>
            </w:pPr>
            <w:r>
              <w:rPr>
                <w:b/>
                <w:color w:val="2D00EA"/>
                <w:sz w:val="20"/>
              </w:rPr>
              <w:t>Responsible To</w:t>
            </w:r>
          </w:p>
        </w:tc>
        <w:tc>
          <w:tcPr>
            <w:tcW w:w="7344" w:type="dxa"/>
          </w:tcPr>
          <w:p w14:paraId="59339802" w14:textId="77777777" w:rsidR="00540F9F" w:rsidRDefault="00000000">
            <w:pPr>
              <w:spacing w:before="40" w:after="40"/>
            </w:pPr>
            <w:r>
              <w:t>Board Chair</w:t>
            </w:r>
          </w:p>
        </w:tc>
      </w:tr>
    </w:tbl>
    <w:p w14:paraId="6CC60125" w14:textId="77777777" w:rsidR="00540F9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POSITION SUMMARY</w:t>
      </w:r>
    </w:p>
    <w:p w14:paraId="0326DD2F" w14:textId="77777777" w:rsidR="00540F9F" w:rsidRDefault="00000000">
      <w:pPr>
        <w:spacing w:after="80"/>
      </w:pPr>
      <w:r>
        <w:t>To manage the Hall’s technology infrastructure, website administration, vendor contracts, and disaster recovery planning.</w:t>
      </w:r>
    </w:p>
    <w:p w14:paraId="05000767" w14:textId="77777777" w:rsidR="00540F9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MAJOR RESPONSIBILITIES</w:t>
      </w:r>
    </w:p>
    <w:p w14:paraId="6D28BE27" w14:textId="77777777" w:rsidR="00540F9F" w:rsidRDefault="00000000">
      <w:pPr>
        <w:pStyle w:val="ListBullet"/>
        <w:spacing w:after="40"/>
      </w:pPr>
      <w:r>
        <w:rPr>
          <w:b/>
        </w:rPr>
        <w:t>Infrastructure Project Management &amp; Reporting</w:t>
      </w:r>
    </w:p>
    <w:p w14:paraId="4F13D6CC" w14:textId="77777777" w:rsidR="00540F9F" w:rsidRDefault="00000000">
      <w:pPr>
        <w:pStyle w:val="ListBullet2"/>
        <w:spacing w:after="40"/>
      </w:pPr>
      <w:r>
        <w:rPr>
          <w:sz w:val="20"/>
        </w:rPr>
        <w:t>Receive notification when website issues occur and contact the hosting service provider to understand them.</w:t>
      </w:r>
    </w:p>
    <w:p w14:paraId="52CE90E9" w14:textId="77777777" w:rsidR="00540F9F" w:rsidRDefault="00000000">
      <w:pPr>
        <w:pStyle w:val="ListBullet2"/>
        <w:spacing w:after="40"/>
      </w:pPr>
      <w:r>
        <w:rPr>
          <w:sz w:val="20"/>
        </w:rPr>
        <w:t>Manage IT issues to completion with the website team and run the monthly IT call.</w:t>
      </w:r>
    </w:p>
    <w:p w14:paraId="599A2E1C" w14:textId="77777777" w:rsidR="00540F9F" w:rsidRDefault="00000000">
      <w:pPr>
        <w:pStyle w:val="ListBullet2"/>
        <w:spacing w:after="40"/>
      </w:pPr>
      <w:r>
        <w:rPr>
          <w:sz w:val="20"/>
        </w:rPr>
        <w:t>Run bi-monthly website security scanning.</w:t>
      </w:r>
    </w:p>
    <w:p w14:paraId="0AE7BE7E" w14:textId="77777777" w:rsidR="00540F9F" w:rsidRDefault="00000000">
      <w:pPr>
        <w:pStyle w:val="ListBullet"/>
        <w:spacing w:after="40"/>
      </w:pPr>
      <w:r>
        <w:rPr>
          <w:b/>
        </w:rPr>
        <w:t>Vendor / ISP Contracts</w:t>
      </w:r>
    </w:p>
    <w:p w14:paraId="7783A4D6" w14:textId="77777777" w:rsidR="00540F9F" w:rsidRDefault="00000000">
      <w:pPr>
        <w:pStyle w:val="ListBullet2"/>
        <w:spacing w:after="40"/>
      </w:pPr>
      <w:r>
        <w:rPr>
          <w:sz w:val="20"/>
        </w:rPr>
        <w:t>Manage the website hosting contract (WPEngine) and the domain contract (Google for Nonprofits).</w:t>
      </w:r>
    </w:p>
    <w:p w14:paraId="1057A75F" w14:textId="77777777" w:rsidR="00540F9F" w:rsidRDefault="00000000">
      <w:pPr>
        <w:pStyle w:val="ListBullet"/>
        <w:spacing w:after="40"/>
      </w:pPr>
      <w:r>
        <w:rPr>
          <w:b/>
        </w:rPr>
        <w:t>Website</w:t>
      </w:r>
    </w:p>
    <w:p w14:paraId="0DBCA422" w14:textId="77777777" w:rsidR="00540F9F" w:rsidRDefault="00000000">
      <w:pPr>
        <w:pStyle w:val="ListBullet2"/>
        <w:spacing w:after="40"/>
      </w:pPr>
      <w:r>
        <w:rPr>
          <w:sz w:val="20"/>
        </w:rPr>
        <w:t>Oversee administration of the cogreatwomen website.</w:t>
      </w:r>
    </w:p>
    <w:p w14:paraId="7EA87D2D" w14:textId="77777777" w:rsidR="00540F9F" w:rsidRDefault="00000000">
      <w:pPr>
        <w:pStyle w:val="ListBullet2"/>
        <w:spacing w:after="40"/>
      </w:pPr>
      <w:r>
        <w:rPr>
          <w:sz w:val="20"/>
        </w:rPr>
        <w:t>Coordinate with the web developer (Sublime Creations) and Admin support on technical issues.</w:t>
      </w:r>
    </w:p>
    <w:p w14:paraId="20D72348" w14:textId="77777777" w:rsidR="00540F9F" w:rsidRDefault="00000000">
      <w:pPr>
        <w:pStyle w:val="ListBullet2"/>
        <w:spacing w:after="40"/>
      </w:pPr>
      <w:r>
        <w:rPr>
          <w:sz w:val="20"/>
        </w:rPr>
        <w:t>Ensure the website URL is paid for and reserved.</w:t>
      </w:r>
    </w:p>
    <w:p w14:paraId="78714543" w14:textId="77777777" w:rsidR="00540F9F" w:rsidRDefault="00000000">
      <w:pPr>
        <w:pStyle w:val="ListBullet"/>
        <w:spacing w:after="40"/>
      </w:pPr>
      <w:r>
        <w:rPr>
          <w:b/>
        </w:rPr>
        <w:t>Disaster Recovery</w:t>
      </w:r>
    </w:p>
    <w:p w14:paraId="2C7B1FD1" w14:textId="77777777" w:rsidR="00540F9F" w:rsidRDefault="00000000">
      <w:pPr>
        <w:pStyle w:val="ListBullet2"/>
        <w:spacing w:after="40"/>
      </w:pPr>
      <w:r>
        <w:rPr>
          <w:sz w:val="20"/>
        </w:rPr>
        <w:t>Maintain and annually review and update the Disaster Recovery Plan.</w:t>
      </w:r>
    </w:p>
    <w:p w14:paraId="0A804DCD" w14:textId="77777777" w:rsidR="00540F9F" w:rsidRDefault="00000000">
      <w:pPr>
        <w:pStyle w:val="ListBullet"/>
        <w:spacing w:after="40"/>
      </w:pPr>
      <w:r>
        <w:rPr>
          <w:b/>
        </w:rPr>
        <w:t>Strategic</w:t>
      </w:r>
    </w:p>
    <w:p w14:paraId="77355FC6" w14:textId="62D970E5" w:rsidR="00540F9F" w:rsidRDefault="00000000">
      <w:pPr>
        <w:pStyle w:val="ListBullet2"/>
        <w:spacing w:after="40"/>
      </w:pPr>
      <w:r>
        <w:rPr>
          <w:sz w:val="20"/>
        </w:rPr>
        <w:t>Discuss potential IT needs with the Board Chair and accept assigned projects.</w:t>
      </w:r>
    </w:p>
    <w:p w14:paraId="55A838DF" w14:textId="77777777" w:rsidR="00540F9F" w:rsidRDefault="00000000">
      <w:pPr>
        <w:pStyle w:val="ListBullet2"/>
        <w:spacing w:after="40"/>
      </w:pPr>
      <w:r>
        <w:rPr>
          <w:sz w:val="20"/>
        </w:rPr>
        <w:t>Participate in the assessment of new technology and educate Board Members on security and privacy issues.</w:t>
      </w:r>
    </w:p>
    <w:p w14:paraId="319AAC4A" w14:textId="77777777" w:rsidR="00540F9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BOARD MEMBER RESPONSIBILITIES (ALL POSITIONS)</w:t>
      </w:r>
    </w:p>
    <w:p w14:paraId="15D04E3B" w14:textId="77777777" w:rsidR="00540F9F" w:rsidRDefault="00000000">
      <w:pPr>
        <w:pStyle w:val="ListBullet"/>
        <w:spacing w:after="40"/>
      </w:pPr>
      <w:r>
        <w:t>Attend monthly Board meetings.</w:t>
      </w:r>
    </w:p>
    <w:p w14:paraId="7355DB83" w14:textId="77777777" w:rsidR="00540F9F" w:rsidRDefault="00000000">
      <w:pPr>
        <w:pStyle w:val="ListBullet"/>
        <w:spacing w:after="40"/>
      </w:pPr>
      <w:r>
        <w:t>Complete the annual Board Member Give or Get.</w:t>
      </w:r>
    </w:p>
    <w:p w14:paraId="3FD325A1" w14:textId="77777777" w:rsidR="00540F9F" w:rsidRDefault="00000000">
      <w:pPr>
        <w:pStyle w:val="ListBullet"/>
        <w:spacing w:after="40"/>
      </w:pPr>
      <w:r>
        <w:t>Sign Board policy acknowledgements and required Board Development forms each year.</w:t>
      </w:r>
    </w:p>
    <w:p w14:paraId="225760B1" w14:textId="77777777" w:rsidR="00540F9F" w:rsidRDefault="00000000">
      <w:pPr>
        <w:pStyle w:val="ListBullet"/>
        <w:spacing w:after="40"/>
      </w:pPr>
      <w:r>
        <w:lastRenderedPageBreak/>
        <w:t>Take part in continuing-education sessions organized by Board Development.</w:t>
      </w:r>
    </w:p>
    <w:p w14:paraId="0D25198E" w14:textId="77777777" w:rsidR="00540F9F" w:rsidRDefault="00000000">
      <w:pPr>
        <w:pStyle w:val="ListBullet"/>
        <w:spacing w:after="40"/>
      </w:pPr>
      <w:r>
        <w:t>Carry out the responsibilities of this position and report progress on position action items.</w:t>
      </w:r>
    </w:p>
    <w:p w14:paraId="6352195A" w14:textId="77777777" w:rsidR="00540F9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TIME COMMITMENT</w:t>
      </w:r>
    </w:p>
    <w:p w14:paraId="5FA37772" w14:textId="77777777" w:rsidR="00540F9F" w:rsidRDefault="00000000">
      <w:pPr>
        <w:spacing w:after="80"/>
      </w:pPr>
      <w:r>
        <w:t>10–15 hours per month.</w:t>
      </w:r>
    </w:p>
    <w:p w14:paraId="1D2A43E2" w14:textId="77777777" w:rsidR="00540F9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KNOWLEDGE, SKILLS, AND ABILITIES</w:t>
      </w:r>
    </w:p>
    <w:p w14:paraId="797AE50D" w14:textId="77777777" w:rsidR="00540F9F" w:rsidRDefault="00000000">
      <w:pPr>
        <w:spacing w:after="60"/>
      </w:pPr>
      <w:r>
        <w:rPr>
          <w:i/>
        </w:rPr>
        <w:t>In addition to Board Member Responsibilities:</w:t>
      </w:r>
    </w:p>
    <w:p w14:paraId="7AB22D83" w14:textId="77777777" w:rsidR="00540F9F" w:rsidRDefault="00000000">
      <w:pPr>
        <w:pStyle w:val="ListBullet"/>
        <w:spacing w:after="40"/>
      </w:pPr>
      <w:r>
        <w:t>Expertise in web and technology administration</w:t>
      </w:r>
    </w:p>
    <w:p w14:paraId="2088FC4B" w14:textId="77777777" w:rsidR="00540F9F" w:rsidRDefault="00000000">
      <w:pPr>
        <w:pStyle w:val="ListBullet"/>
        <w:spacing w:after="40"/>
      </w:pPr>
      <w:r>
        <w:t>Project management skills</w:t>
      </w:r>
    </w:p>
    <w:p w14:paraId="42438CE8" w14:textId="77777777" w:rsidR="00540F9F" w:rsidRDefault="00000000">
      <w:pPr>
        <w:pStyle w:val="ListBullet"/>
        <w:spacing w:after="40"/>
      </w:pPr>
      <w:r>
        <w:t>Organizational skills</w:t>
      </w:r>
    </w:p>
    <w:p w14:paraId="34817AF2" w14:textId="77777777" w:rsidR="00540F9F" w:rsidRDefault="00000000">
      <w:pPr>
        <w:pStyle w:val="ListBullet"/>
        <w:spacing w:after="40"/>
      </w:pPr>
      <w:r>
        <w:t>Knowledge of security and privacy practices</w:t>
      </w:r>
    </w:p>
    <w:p w14:paraId="66566782" w14:textId="77777777" w:rsidR="00540F9F" w:rsidRDefault="00000000">
      <w:pPr>
        <w:pStyle w:val="ListBullet"/>
        <w:spacing w:after="40"/>
      </w:pPr>
      <w:r>
        <w:t>Team player</w:t>
      </w:r>
    </w:p>
    <w:sectPr w:rsidR="00540F9F" w:rsidSect="00034616">
      <w:footerReference w:type="default" r:id="rId9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EB48D" w14:textId="77777777" w:rsidR="00720875" w:rsidRDefault="00720875">
      <w:pPr>
        <w:spacing w:after="0" w:line="240" w:lineRule="auto"/>
      </w:pPr>
      <w:r>
        <w:separator/>
      </w:r>
    </w:p>
  </w:endnote>
  <w:endnote w:type="continuationSeparator" w:id="0">
    <w:p w14:paraId="094E0400" w14:textId="77777777" w:rsidR="00720875" w:rsidRDefault="00720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E5A3" w14:textId="77777777" w:rsidR="00540F9F" w:rsidRDefault="00000000">
    <w:pPr>
      <w:pStyle w:val="Footer"/>
      <w:jc w:val="center"/>
    </w:pPr>
    <w:r>
      <w:rPr>
        <w:color w:val="555566"/>
        <w:sz w:val="16"/>
      </w:rPr>
      <w:t xml:space="preserve">Colorado Women’s Hall of </w:t>
    </w:r>
    <w:proofErr w:type="gramStart"/>
    <w:r>
      <w:rPr>
        <w:color w:val="555566"/>
        <w:sz w:val="16"/>
      </w:rPr>
      <w:t>Fame  |</w:t>
    </w:r>
    <w:proofErr w:type="gramEnd"/>
    <w:r>
      <w:rPr>
        <w:color w:val="555566"/>
        <w:sz w:val="16"/>
      </w:rPr>
      <w:t xml:space="preserve">  Board Member Job Description: </w:t>
    </w:r>
    <w:proofErr w:type="gramStart"/>
    <w:r>
      <w:rPr>
        <w:color w:val="555566"/>
        <w:sz w:val="16"/>
      </w:rPr>
      <w:t>Technology  |</w:t>
    </w:r>
    <w:proofErr w:type="gramEnd"/>
    <w:r>
      <w:rPr>
        <w:color w:val="555566"/>
        <w:sz w:val="16"/>
      </w:rPr>
      <w:t xml:space="preserve">  Page </w:t>
    </w:r>
    <w:r>
      <w:rPr>
        <w:color w:val="555566"/>
        <w:sz w:val="16"/>
      </w:rPr>
      <w:fldChar w:fldCharType="begin"/>
    </w:r>
    <w:r>
      <w:rPr>
        <w:color w:val="555566"/>
        <w:sz w:val="16"/>
      </w:rPr>
      <w:instrText>PAGE</w:instrText>
    </w:r>
    <w:r>
      <w:rPr>
        <w:color w:val="555566"/>
        <w:sz w:val="16"/>
      </w:rPr>
      <w:fldChar w:fldCharType="separate"/>
    </w:r>
    <w:r>
      <w:rPr>
        <w:color w:val="555566"/>
        <w:sz w:val="16"/>
      </w:rPr>
      <w:t>1</w:t>
    </w:r>
    <w:r>
      <w:rPr>
        <w:color w:val="555566"/>
        <w:sz w:val="16"/>
      </w:rPr>
      <w:fldChar w:fldCharType="end"/>
    </w:r>
    <w:r>
      <w:rPr>
        <w:color w:val="555566"/>
        <w:sz w:val="16"/>
      </w:rPr>
      <w:t xml:space="preserve"> of </w:t>
    </w:r>
    <w:r>
      <w:rPr>
        <w:color w:val="555566"/>
        <w:sz w:val="16"/>
      </w:rPr>
      <w:fldChar w:fldCharType="begin"/>
    </w:r>
    <w:r>
      <w:rPr>
        <w:color w:val="555566"/>
        <w:sz w:val="16"/>
      </w:rPr>
      <w:instrText>NUMPAGES</w:instrText>
    </w:r>
    <w:r>
      <w:rPr>
        <w:color w:val="555566"/>
        <w:sz w:val="16"/>
      </w:rPr>
      <w:fldChar w:fldCharType="separate"/>
    </w:r>
    <w:r>
      <w:rPr>
        <w:color w:val="555566"/>
        <w:sz w:val="16"/>
      </w:rPr>
      <w:t>1</w:t>
    </w:r>
    <w:r>
      <w:rPr>
        <w:color w:val="555566"/>
        <w:sz w:val="16"/>
      </w:rPr>
      <w:fldChar w:fldCharType="end"/>
    </w:r>
  </w:p>
  <w:p w14:paraId="449B7761" w14:textId="77777777" w:rsidR="00540F9F" w:rsidRDefault="00000000">
    <w:pPr>
      <w:jc w:val="center"/>
    </w:pPr>
    <w:r>
      <w:rPr>
        <w:color w:val="555566"/>
        <w:sz w:val="16"/>
      </w:rPr>
      <w:t>Revised Oct 27,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27647" w14:textId="77777777" w:rsidR="00720875" w:rsidRDefault="00720875">
      <w:pPr>
        <w:spacing w:after="0" w:line="240" w:lineRule="auto"/>
      </w:pPr>
      <w:r>
        <w:separator/>
      </w:r>
    </w:p>
  </w:footnote>
  <w:footnote w:type="continuationSeparator" w:id="0">
    <w:p w14:paraId="70BA912A" w14:textId="77777777" w:rsidR="00720875" w:rsidRDefault="00720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9868468">
    <w:abstractNumId w:val="8"/>
  </w:num>
  <w:num w:numId="2" w16cid:durableId="1485388161">
    <w:abstractNumId w:val="6"/>
  </w:num>
  <w:num w:numId="3" w16cid:durableId="845557989">
    <w:abstractNumId w:val="5"/>
  </w:num>
  <w:num w:numId="4" w16cid:durableId="822356032">
    <w:abstractNumId w:val="4"/>
  </w:num>
  <w:num w:numId="5" w16cid:durableId="1818913724">
    <w:abstractNumId w:val="7"/>
  </w:num>
  <w:num w:numId="6" w16cid:durableId="1029573204">
    <w:abstractNumId w:val="3"/>
  </w:num>
  <w:num w:numId="7" w16cid:durableId="103154960">
    <w:abstractNumId w:val="2"/>
  </w:num>
  <w:num w:numId="8" w16cid:durableId="349256878">
    <w:abstractNumId w:val="1"/>
  </w:num>
  <w:num w:numId="9" w16cid:durableId="488908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508"/>
    <w:rsid w:val="0015074B"/>
    <w:rsid w:val="0029639D"/>
    <w:rsid w:val="00326F90"/>
    <w:rsid w:val="00540F9F"/>
    <w:rsid w:val="0069450A"/>
    <w:rsid w:val="00720875"/>
    <w:rsid w:val="009F4599"/>
    <w:rsid w:val="00A664F1"/>
    <w:rsid w:val="00AA1D8D"/>
    <w:rsid w:val="00B47730"/>
    <w:rsid w:val="00CB0664"/>
    <w:rsid w:val="00EC11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CA1D"/>
  <w14:defaultImageDpi w14:val="300"/>
  <w15:docId w15:val="{12ECD074-00FF-4C4F-9695-109481A0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CWHF Board Member Job Description: Technology</dc:title>
  <dc:subject>Board Member Job Description</dc:subject>
  <dc:creator>Colorado Women’s Hall of Fame</dc:creator>
  <cp:keywords/>
  <dc:description>generated by python-docx</dc:description>
  <cp:lastModifiedBy>Mary Urban</cp:lastModifiedBy>
  <cp:revision>3</cp:revision>
  <dcterms:created xsi:type="dcterms:W3CDTF">2026-10-27T21:19:00Z</dcterms:created>
  <dcterms:modified xsi:type="dcterms:W3CDTF">2026-10-28T18:54:00Z</dcterms:modified>
  <cp:category/>
</cp:coreProperties>
</file>